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D73A9" w14:textId="77777777" w:rsidR="00DF60E9" w:rsidRDefault="00000000">
      <w:pPr>
        <w:spacing w:before="240" w:after="20" w:line="240" w:lineRule="auto"/>
        <w:jc w:val="center"/>
      </w:pPr>
      <w:r>
        <w:rPr>
          <w:b/>
          <w:color w:val="000000"/>
          <w:sz w:val="24"/>
        </w:rPr>
        <w:t>ROOF PLUMBING INSTALLATION COMPLIANCE STATEMENT</w:t>
      </w:r>
    </w:p>
    <w:p w14:paraId="5AEB05FE" w14:textId="5A735BDD" w:rsidR="00DF60E9" w:rsidRDefault="00000000">
      <w:pPr>
        <w:spacing w:after="120" w:line="240" w:lineRule="auto"/>
        <w:jc w:val="center"/>
        <w:rPr>
          <w:i/>
          <w:color w:val="555555"/>
        </w:rPr>
      </w:pPr>
      <w:r>
        <w:rPr>
          <w:i/>
          <w:color w:val="555555"/>
        </w:rPr>
        <w:t xml:space="preserve">New South </w:t>
      </w:r>
      <w:r w:rsidR="00E601EF">
        <w:rPr>
          <w:i/>
          <w:color w:val="555555"/>
        </w:rPr>
        <w:t>Wales —</w:t>
      </w:r>
      <w:r>
        <w:rPr>
          <w:i/>
          <w:color w:val="555555"/>
        </w:rPr>
        <w:t xml:space="preserve">  roof covering and drainage installation</w:t>
      </w:r>
    </w:p>
    <w:p w14:paraId="439DA945" w14:textId="77777777" w:rsidR="00E601EF" w:rsidRDefault="00E601EF">
      <w:pPr>
        <w:spacing w:after="120" w:line="240" w:lineRule="auto"/>
        <w:jc w:val="center"/>
      </w:pPr>
    </w:p>
    <w:p w14:paraId="0551CBD3" w14:textId="71A172BF" w:rsidR="00DF60E9" w:rsidRDefault="00000000">
      <w:pPr>
        <w:spacing w:after="100" w:line="240" w:lineRule="auto"/>
      </w:pPr>
      <w:r>
        <w:rPr>
          <w:color w:val="000000"/>
        </w:rPr>
        <w:t>This form records the licensed contractor's statement that the roof plumbing work identified below has been completed in accordance with the approved project documentation and applicable requirements.</w:t>
      </w:r>
    </w:p>
    <w:p w14:paraId="2E051C5E" w14:textId="77777777" w:rsidR="00DF60E9" w:rsidRDefault="00000000">
      <w:pPr>
        <w:keepNext/>
        <w:spacing w:before="80" w:after="40" w:line="240" w:lineRule="auto"/>
      </w:pPr>
      <w:r>
        <w:rPr>
          <w:b/>
          <w:color w:val="1F3A5F"/>
          <w:sz w:val="20"/>
        </w:rPr>
        <w:t>1.  Project details</w:t>
      </w:r>
    </w:p>
    <w:tbl>
      <w:tblPr>
        <w:tblW w:w="0" w:type="auto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2045"/>
        <w:gridCol w:w="3182"/>
        <w:gridCol w:w="2045"/>
        <w:gridCol w:w="3182"/>
      </w:tblGrid>
      <w:tr w:rsidR="00DF60E9" w14:paraId="21FA4086" w14:textId="77777777">
        <w:trPr>
          <w:trHeight w:val="440"/>
          <w:jc w:val="center"/>
        </w:trPr>
        <w:tc>
          <w:tcPr>
            <w:tcW w:w="2045" w:type="dxa"/>
            <w:shd w:val="clear" w:color="auto" w:fill="F2F2F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151E1D44" w14:textId="77777777" w:rsidR="00DF60E9" w:rsidRDefault="00000000">
            <w:pPr>
              <w:keepLines/>
              <w:spacing w:after="0" w:line="240" w:lineRule="auto"/>
            </w:pPr>
            <w:r>
              <w:rPr>
                <w:b/>
                <w:color w:val="000000"/>
              </w:rPr>
              <w:t>Site address</w:t>
            </w:r>
          </w:p>
        </w:tc>
        <w:tc>
          <w:tcPr>
            <w:tcW w:w="3182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3F556862" w14:textId="77777777" w:rsidR="00DF60E9" w:rsidRDefault="00DF60E9">
            <w:pPr>
              <w:keepLines/>
              <w:spacing w:after="0" w:line="240" w:lineRule="auto"/>
            </w:pPr>
          </w:p>
        </w:tc>
        <w:tc>
          <w:tcPr>
            <w:tcW w:w="2045" w:type="dxa"/>
            <w:shd w:val="clear" w:color="auto" w:fill="F2F2F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4A9257A9" w14:textId="205A8A30" w:rsidR="00DF60E9" w:rsidRDefault="00E601EF">
            <w:pPr>
              <w:keepLines/>
              <w:spacing w:after="0" w:line="240" w:lineRule="auto"/>
            </w:pPr>
            <w:r>
              <w:rPr>
                <w:b/>
                <w:color w:val="000000"/>
              </w:rPr>
              <w:t>CDC / CC No.</w:t>
            </w:r>
          </w:p>
        </w:tc>
        <w:tc>
          <w:tcPr>
            <w:tcW w:w="3182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6B39C2FC" w14:textId="77777777" w:rsidR="00DF60E9" w:rsidRDefault="00DF60E9">
            <w:pPr>
              <w:keepLines/>
              <w:spacing w:after="0" w:line="240" w:lineRule="auto"/>
            </w:pPr>
          </w:p>
        </w:tc>
      </w:tr>
      <w:tr w:rsidR="00DF60E9" w14:paraId="46A7CB4B" w14:textId="77777777">
        <w:trPr>
          <w:trHeight w:val="440"/>
          <w:jc w:val="center"/>
        </w:trPr>
        <w:tc>
          <w:tcPr>
            <w:tcW w:w="2045" w:type="dxa"/>
            <w:shd w:val="clear" w:color="auto" w:fill="F2F2F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188A1BA4" w14:textId="77777777" w:rsidR="00DF60E9" w:rsidRDefault="00000000">
            <w:pPr>
              <w:spacing w:after="0" w:line="240" w:lineRule="auto"/>
            </w:pPr>
            <w:r>
              <w:rPr>
                <w:b/>
                <w:color w:val="000000"/>
              </w:rPr>
              <w:t>Owner / builder</w:t>
            </w:r>
          </w:p>
        </w:tc>
        <w:tc>
          <w:tcPr>
            <w:tcW w:w="3182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05531695" w14:textId="77777777" w:rsidR="00DF60E9" w:rsidRDefault="00DF60E9">
            <w:pPr>
              <w:spacing w:after="0" w:line="240" w:lineRule="auto"/>
            </w:pPr>
          </w:p>
        </w:tc>
        <w:tc>
          <w:tcPr>
            <w:tcW w:w="2045" w:type="dxa"/>
            <w:shd w:val="clear" w:color="auto" w:fill="F2F2F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5F9607DA" w14:textId="77777777" w:rsidR="00DF60E9" w:rsidRDefault="00000000">
            <w:pPr>
              <w:spacing w:after="0" w:line="240" w:lineRule="auto"/>
            </w:pPr>
            <w:r>
              <w:rPr>
                <w:b/>
                <w:color w:val="000000"/>
              </w:rPr>
              <w:t>Date completed</w:t>
            </w:r>
          </w:p>
        </w:tc>
        <w:tc>
          <w:tcPr>
            <w:tcW w:w="3182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19B8191A" w14:textId="77777777" w:rsidR="00DF60E9" w:rsidRDefault="00DF60E9">
            <w:pPr>
              <w:spacing w:after="0" w:line="240" w:lineRule="auto"/>
            </w:pPr>
          </w:p>
        </w:tc>
      </w:tr>
      <w:tr w:rsidR="00DF60E9" w14:paraId="694FBBD0" w14:textId="77777777">
        <w:trPr>
          <w:trHeight w:val="440"/>
          <w:jc w:val="center"/>
        </w:trPr>
        <w:tc>
          <w:tcPr>
            <w:tcW w:w="2045" w:type="dxa"/>
            <w:shd w:val="clear" w:color="auto" w:fill="F2F2F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2E2ED5B6" w14:textId="77777777" w:rsidR="00DF60E9" w:rsidRDefault="00000000">
            <w:pPr>
              <w:spacing w:after="0" w:line="240" w:lineRule="auto"/>
            </w:pPr>
            <w:r>
              <w:rPr>
                <w:b/>
                <w:color w:val="000000"/>
              </w:rPr>
              <w:t>Building class</w:t>
            </w:r>
          </w:p>
        </w:tc>
        <w:tc>
          <w:tcPr>
            <w:tcW w:w="3182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55C97C4F" w14:textId="77777777" w:rsidR="00DF60E9" w:rsidRDefault="00DF60E9">
            <w:pPr>
              <w:spacing w:after="0" w:line="240" w:lineRule="auto"/>
            </w:pPr>
          </w:p>
        </w:tc>
        <w:tc>
          <w:tcPr>
            <w:tcW w:w="2045" w:type="dxa"/>
            <w:shd w:val="clear" w:color="auto" w:fill="F2F2F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2DB2D0B2" w14:textId="77777777" w:rsidR="00DF60E9" w:rsidRDefault="00000000">
            <w:pPr>
              <w:spacing w:after="0" w:line="240" w:lineRule="auto"/>
            </w:pPr>
            <w:r>
              <w:rPr>
                <w:b/>
                <w:color w:val="000000"/>
              </w:rPr>
              <w:t>Council</w:t>
            </w:r>
          </w:p>
        </w:tc>
        <w:tc>
          <w:tcPr>
            <w:tcW w:w="3182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3FFD0904" w14:textId="77777777" w:rsidR="00DF60E9" w:rsidRDefault="00DF60E9">
            <w:pPr>
              <w:spacing w:after="0" w:line="240" w:lineRule="auto"/>
            </w:pPr>
          </w:p>
        </w:tc>
      </w:tr>
    </w:tbl>
    <w:p w14:paraId="32E500D7" w14:textId="77777777" w:rsidR="00DF60E9" w:rsidRDefault="00000000">
      <w:pPr>
        <w:spacing w:before="40" w:after="20" w:line="240" w:lineRule="auto"/>
      </w:pPr>
      <w:r>
        <w:rPr>
          <w:b/>
          <w:color w:val="000000"/>
        </w:rPr>
        <w:t>Brief description of the work</w:t>
      </w:r>
    </w:p>
    <w:tbl>
      <w:tblPr>
        <w:tblW w:w="0" w:type="auto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0454"/>
      </w:tblGrid>
      <w:tr w:rsidR="00DF60E9" w14:paraId="318A2699" w14:textId="77777777">
        <w:trPr>
          <w:trHeight w:val="560"/>
          <w:jc w:val="center"/>
        </w:trPr>
        <w:tc>
          <w:tcPr>
            <w:tcW w:w="10454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5E0FA0" w14:textId="5D887485" w:rsidR="00DF60E9" w:rsidRDefault="00DF60E9">
            <w:pPr>
              <w:keepLines/>
            </w:pPr>
          </w:p>
        </w:tc>
      </w:tr>
    </w:tbl>
    <w:p w14:paraId="3BB35258" w14:textId="77777777" w:rsidR="00E601EF" w:rsidRDefault="00E601EF">
      <w:pPr>
        <w:keepNext/>
        <w:spacing w:before="80" w:after="40" w:line="240" w:lineRule="auto"/>
        <w:rPr>
          <w:b/>
          <w:color w:val="1F3A5F"/>
          <w:sz w:val="20"/>
        </w:rPr>
      </w:pPr>
    </w:p>
    <w:p w14:paraId="1BF77B46" w14:textId="1E1C3894" w:rsidR="00DF60E9" w:rsidRDefault="00000000">
      <w:pPr>
        <w:keepNext/>
        <w:spacing w:before="80" w:after="40" w:line="240" w:lineRule="auto"/>
      </w:pPr>
      <w:r>
        <w:rPr>
          <w:b/>
          <w:color w:val="1F3A5F"/>
          <w:sz w:val="20"/>
        </w:rPr>
        <w:t>2.  Roof plumbing contractor</w:t>
      </w:r>
    </w:p>
    <w:tbl>
      <w:tblPr>
        <w:tblW w:w="0" w:type="auto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2045"/>
        <w:gridCol w:w="3182"/>
        <w:gridCol w:w="2045"/>
        <w:gridCol w:w="3182"/>
      </w:tblGrid>
      <w:tr w:rsidR="00DF60E9" w14:paraId="5D734ACF" w14:textId="77777777">
        <w:trPr>
          <w:trHeight w:val="440"/>
          <w:jc w:val="center"/>
        </w:trPr>
        <w:tc>
          <w:tcPr>
            <w:tcW w:w="2045" w:type="dxa"/>
            <w:shd w:val="clear" w:color="auto" w:fill="F2F2F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0040EF0C" w14:textId="77777777" w:rsidR="00DF60E9" w:rsidRDefault="00000000">
            <w:pPr>
              <w:keepLines/>
              <w:spacing w:after="0" w:line="240" w:lineRule="auto"/>
            </w:pPr>
            <w:r>
              <w:rPr>
                <w:b/>
                <w:color w:val="000000"/>
              </w:rPr>
              <w:t>Business name</w:t>
            </w:r>
          </w:p>
        </w:tc>
        <w:tc>
          <w:tcPr>
            <w:tcW w:w="3182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561F3ED4" w14:textId="77777777" w:rsidR="00DF60E9" w:rsidRDefault="00DF60E9">
            <w:pPr>
              <w:keepLines/>
              <w:spacing w:after="0" w:line="240" w:lineRule="auto"/>
            </w:pPr>
          </w:p>
        </w:tc>
        <w:tc>
          <w:tcPr>
            <w:tcW w:w="2045" w:type="dxa"/>
            <w:shd w:val="clear" w:color="auto" w:fill="F2F2F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07BA2FF3" w14:textId="77777777" w:rsidR="00DF60E9" w:rsidRDefault="00000000">
            <w:pPr>
              <w:keepLines/>
              <w:spacing w:after="0" w:line="240" w:lineRule="auto"/>
            </w:pPr>
            <w:r>
              <w:rPr>
                <w:b/>
                <w:color w:val="000000"/>
              </w:rPr>
              <w:t>ABN / ACN</w:t>
            </w:r>
          </w:p>
        </w:tc>
        <w:tc>
          <w:tcPr>
            <w:tcW w:w="3182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0CCE327B" w14:textId="77777777" w:rsidR="00DF60E9" w:rsidRDefault="00DF60E9">
            <w:pPr>
              <w:keepLines/>
              <w:spacing w:after="0" w:line="240" w:lineRule="auto"/>
            </w:pPr>
          </w:p>
        </w:tc>
      </w:tr>
      <w:tr w:rsidR="00DF60E9" w14:paraId="22B4DEA6" w14:textId="77777777">
        <w:trPr>
          <w:trHeight w:val="440"/>
          <w:jc w:val="center"/>
        </w:trPr>
        <w:tc>
          <w:tcPr>
            <w:tcW w:w="2045" w:type="dxa"/>
            <w:shd w:val="clear" w:color="auto" w:fill="F2F2F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2B09D4E5" w14:textId="77777777" w:rsidR="00DF60E9" w:rsidRDefault="00000000">
            <w:pPr>
              <w:spacing w:after="0" w:line="240" w:lineRule="auto"/>
            </w:pPr>
            <w:r>
              <w:rPr>
                <w:b/>
                <w:color w:val="000000"/>
              </w:rPr>
              <w:t>Licence holder / supervisor</w:t>
            </w:r>
          </w:p>
        </w:tc>
        <w:tc>
          <w:tcPr>
            <w:tcW w:w="3182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33392C09" w14:textId="77777777" w:rsidR="00DF60E9" w:rsidRDefault="00DF60E9">
            <w:pPr>
              <w:spacing w:after="0" w:line="240" w:lineRule="auto"/>
            </w:pPr>
          </w:p>
        </w:tc>
        <w:tc>
          <w:tcPr>
            <w:tcW w:w="2045" w:type="dxa"/>
            <w:shd w:val="clear" w:color="auto" w:fill="F2F2F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335B1CC1" w14:textId="77777777" w:rsidR="00DF60E9" w:rsidRDefault="00000000">
            <w:pPr>
              <w:spacing w:after="0" w:line="240" w:lineRule="auto"/>
            </w:pPr>
            <w:r>
              <w:rPr>
                <w:b/>
                <w:color w:val="000000"/>
              </w:rPr>
              <w:t>NSW contractor licence no.</w:t>
            </w:r>
          </w:p>
        </w:tc>
        <w:tc>
          <w:tcPr>
            <w:tcW w:w="3182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496AD687" w14:textId="77777777" w:rsidR="00DF60E9" w:rsidRDefault="00DF60E9">
            <w:pPr>
              <w:spacing w:after="0" w:line="240" w:lineRule="auto"/>
            </w:pPr>
          </w:p>
        </w:tc>
      </w:tr>
      <w:tr w:rsidR="00DF60E9" w14:paraId="67F71069" w14:textId="77777777">
        <w:trPr>
          <w:trHeight w:val="440"/>
          <w:jc w:val="center"/>
        </w:trPr>
        <w:tc>
          <w:tcPr>
            <w:tcW w:w="2045" w:type="dxa"/>
            <w:shd w:val="clear" w:color="auto" w:fill="F2F2F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0FCE4579" w14:textId="77777777" w:rsidR="00DF60E9" w:rsidRDefault="00000000">
            <w:pPr>
              <w:spacing w:after="0" w:line="240" w:lineRule="auto"/>
            </w:pPr>
            <w:r>
              <w:rPr>
                <w:b/>
                <w:color w:val="000000"/>
              </w:rPr>
              <w:t>Phone / email</w:t>
            </w:r>
          </w:p>
        </w:tc>
        <w:tc>
          <w:tcPr>
            <w:tcW w:w="3182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774BEB26" w14:textId="77777777" w:rsidR="00DF60E9" w:rsidRDefault="00DF60E9">
            <w:pPr>
              <w:spacing w:after="0" w:line="240" w:lineRule="auto"/>
            </w:pPr>
          </w:p>
        </w:tc>
        <w:tc>
          <w:tcPr>
            <w:tcW w:w="2045" w:type="dxa"/>
            <w:shd w:val="clear" w:color="auto" w:fill="F2F2F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368919D9" w14:textId="77777777" w:rsidR="00DF60E9" w:rsidRDefault="00000000">
            <w:pPr>
              <w:spacing w:after="0" w:line="240" w:lineRule="auto"/>
            </w:pPr>
            <w:r>
              <w:rPr>
                <w:b/>
                <w:color w:val="000000"/>
              </w:rPr>
              <w:t>Trade category</w:t>
            </w:r>
          </w:p>
        </w:tc>
        <w:tc>
          <w:tcPr>
            <w:tcW w:w="3182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44B17C37" w14:textId="77777777" w:rsidR="00DF60E9" w:rsidRDefault="00000000">
            <w:pPr>
              <w:spacing w:after="0" w:line="240" w:lineRule="auto"/>
            </w:pPr>
            <w:r>
              <w:rPr>
                <w:color w:val="000000"/>
              </w:rPr>
              <w:t>Roof plumbing</w:t>
            </w:r>
          </w:p>
        </w:tc>
      </w:tr>
    </w:tbl>
    <w:p w14:paraId="4035D5ED" w14:textId="77777777" w:rsidR="00E601EF" w:rsidRDefault="00E601EF">
      <w:pPr>
        <w:keepNext/>
        <w:spacing w:before="80" w:after="40" w:line="240" w:lineRule="auto"/>
        <w:rPr>
          <w:b/>
          <w:color w:val="1F3A5F"/>
          <w:sz w:val="20"/>
        </w:rPr>
      </w:pPr>
    </w:p>
    <w:p w14:paraId="0C3D8276" w14:textId="696AC5DE" w:rsidR="00DF60E9" w:rsidRDefault="00000000">
      <w:pPr>
        <w:keepNext/>
        <w:spacing w:before="80" w:after="40" w:line="240" w:lineRule="auto"/>
      </w:pPr>
      <w:r>
        <w:rPr>
          <w:b/>
          <w:color w:val="1F3A5F"/>
          <w:sz w:val="20"/>
        </w:rPr>
        <w:t>3.  Work covered by this statement</w:t>
      </w:r>
    </w:p>
    <w:tbl>
      <w:tblPr>
        <w:tblW w:w="0" w:type="auto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567"/>
        <w:gridCol w:w="4678"/>
        <w:gridCol w:w="537"/>
      </w:tblGrid>
      <w:tr w:rsidR="00DF60E9" w14:paraId="0E2BBFC1" w14:textId="77777777" w:rsidTr="00E601EF">
        <w:trPr>
          <w:trHeight w:val="420"/>
          <w:jc w:val="center"/>
        </w:trPr>
        <w:tc>
          <w:tcPr>
            <w:tcW w:w="4673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EC29514" w14:textId="77777777" w:rsidR="00DF60E9" w:rsidRDefault="00000000">
            <w:pPr>
              <w:keepLines/>
              <w:spacing w:after="0" w:line="240" w:lineRule="auto"/>
            </w:pPr>
            <w:r>
              <w:rPr>
                <w:b/>
                <w:color w:val="000000"/>
              </w:rPr>
              <w:t>Roof sheeting / covering</w:t>
            </w:r>
          </w:p>
        </w:tc>
        <w:tc>
          <w:tcPr>
            <w:tcW w:w="567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9DDDA2F" w14:textId="77777777" w:rsidR="00DF60E9" w:rsidRDefault="00000000">
            <w:pPr>
              <w:keepLines/>
              <w:spacing w:after="0" w:line="240" w:lineRule="auto"/>
              <w:jc w:val="center"/>
            </w:pPr>
            <w:r>
              <w:rPr>
                <w:color w:val="000000"/>
                <w:sz w:val="18"/>
              </w:rPr>
              <w:t>☐</w:t>
            </w:r>
          </w:p>
        </w:tc>
        <w:tc>
          <w:tcPr>
            <w:tcW w:w="4678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F082693" w14:textId="77777777" w:rsidR="00DF60E9" w:rsidRDefault="00000000">
            <w:pPr>
              <w:keepLines/>
              <w:spacing w:after="0" w:line="240" w:lineRule="auto"/>
            </w:pPr>
            <w:r>
              <w:rPr>
                <w:b/>
                <w:color w:val="000000"/>
              </w:rPr>
              <w:t>Eaves gutters</w:t>
            </w:r>
          </w:p>
        </w:tc>
        <w:tc>
          <w:tcPr>
            <w:tcW w:w="537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6BCA5A8" w14:textId="77777777" w:rsidR="00DF60E9" w:rsidRDefault="00000000" w:rsidP="00E601EF">
            <w:pPr>
              <w:keepLines/>
              <w:spacing w:after="0" w:line="240" w:lineRule="auto"/>
              <w:jc w:val="center"/>
            </w:pPr>
            <w:r>
              <w:rPr>
                <w:color w:val="000000"/>
                <w:sz w:val="18"/>
              </w:rPr>
              <w:t>☐</w:t>
            </w:r>
          </w:p>
        </w:tc>
      </w:tr>
      <w:tr w:rsidR="00DF60E9" w14:paraId="0B787189" w14:textId="77777777" w:rsidTr="00E601EF">
        <w:trPr>
          <w:trHeight w:val="420"/>
          <w:jc w:val="center"/>
        </w:trPr>
        <w:tc>
          <w:tcPr>
            <w:tcW w:w="4673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F67F88D" w14:textId="77777777" w:rsidR="00DF60E9" w:rsidRDefault="00000000">
            <w:pPr>
              <w:spacing w:after="0" w:line="240" w:lineRule="auto"/>
            </w:pPr>
            <w:r>
              <w:rPr>
                <w:b/>
                <w:color w:val="000000"/>
              </w:rPr>
              <w:t>Box gutters</w:t>
            </w:r>
          </w:p>
        </w:tc>
        <w:tc>
          <w:tcPr>
            <w:tcW w:w="567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2B6FDDC" w14:textId="77777777" w:rsidR="00DF60E9" w:rsidRDefault="00000000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</w:rPr>
              <w:t>☐</w:t>
            </w:r>
          </w:p>
        </w:tc>
        <w:tc>
          <w:tcPr>
            <w:tcW w:w="4678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135A316" w14:textId="77777777" w:rsidR="00DF60E9" w:rsidRDefault="00000000">
            <w:pPr>
              <w:spacing w:after="0" w:line="240" w:lineRule="auto"/>
            </w:pPr>
            <w:r>
              <w:rPr>
                <w:b/>
                <w:color w:val="000000"/>
              </w:rPr>
              <w:t>Valley gutters</w:t>
            </w:r>
          </w:p>
        </w:tc>
        <w:tc>
          <w:tcPr>
            <w:tcW w:w="537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1BE4561" w14:textId="77777777" w:rsidR="00DF60E9" w:rsidRDefault="00000000" w:rsidP="00E601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</w:rPr>
              <w:t>☐</w:t>
            </w:r>
          </w:p>
        </w:tc>
      </w:tr>
      <w:tr w:rsidR="00DF60E9" w14:paraId="4D2138B3" w14:textId="77777777" w:rsidTr="00E601EF">
        <w:trPr>
          <w:trHeight w:val="420"/>
          <w:jc w:val="center"/>
        </w:trPr>
        <w:tc>
          <w:tcPr>
            <w:tcW w:w="4673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6A83956" w14:textId="77777777" w:rsidR="00DF60E9" w:rsidRDefault="00000000">
            <w:pPr>
              <w:spacing w:after="0" w:line="240" w:lineRule="auto"/>
            </w:pPr>
            <w:r>
              <w:rPr>
                <w:b/>
                <w:color w:val="000000"/>
              </w:rPr>
              <w:t>Downpipes / spreaders</w:t>
            </w:r>
          </w:p>
        </w:tc>
        <w:tc>
          <w:tcPr>
            <w:tcW w:w="567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EAC644C" w14:textId="77777777" w:rsidR="00DF60E9" w:rsidRDefault="00000000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</w:rPr>
              <w:t>☐</w:t>
            </w:r>
          </w:p>
        </w:tc>
        <w:tc>
          <w:tcPr>
            <w:tcW w:w="4678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6907918" w14:textId="77777777" w:rsidR="00DF60E9" w:rsidRDefault="00000000">
            <w:pPr>
              <w:spacing w:after="0" w:line="240" w:lineRule="auto"/>
            </w:pPr>
            <w:r>
              <w:rPr>
                <w:b/>
                <w:color w:val="000000"/>
              </w:rPr>
              <w:t>Flashings / cappings</w:t>
            </w:r>
          </w:p>
        </w:tc>
        <w:tc>
          <w:tcPr>
            <w:tcW w:w="537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F82847A" w14:textId="77777777" w:rsidR="00DF60E9" w:rsidRDefault="00000000" w:rsidP="00E601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</w:rPr>
              <w:t>☐</w:t>
            </w:r>
          </w:p>
        </w:tc>
      </w:tr>
      <w:tr w:rsidR="00DF60E9" w14:paraId="6A4810D4" w14:textId="77777777" w:rsidTr="00E601EF">
        <w:trPr>
          <w:trHeight w:val="420"/>
          <w:jc w:val="center"/>
        </w:trPr>
        <w:tc>
          <w:tcPr>
            <w:tcW w:w="4673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E8918F3" w14:textId="49122211" w:rsidR="00DF60E9" w:rsidRDefault="00000000">
            <w:pPr>
              <w:spacing w:after="0" w:line="240" w:lineRule="auto"/>
            </w:pPr>
            <w:r>
              <w:rPr>
                <w:b/>
                <w:color w:val="000000"/>
              </w:rPr>
              <w:t>Rainheads / sumps</w:t>
            </w:r>
            <w:r w:rsidR="00E601EF">
              <w:rPr>
                <w:b/>
                <w:color w:val="000000"/>
              </w:rPr>
              <w:t xml:space="preserve"> (*May have performance solution)</w:t>
            </w:r>
          </w:p>
        </w:tc>
        <w:tc>
          <w:tcPr>
            <w:tcW w:w="567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C8EE7A9" w14:textId="77777777" w:rsidR="00DF60E9" w:rsidRDefault="00000000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</w:rPr>
              <w:t>☐</w:t>
            </w:r>
          </w:p>
        </w:tc>
        <w:tc>
          <w:tcPr>
            <w:tcW w:w="4678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15A1FE0" w14:textId="77777777" w:rsidR="00DF60E9" w:rsidRDefault="00000000">
            <w:pPr>
              <w:spacing w:after="0" w:line="240" w:lineRule="auto"/>
            </w:pPr>
            <w:r>
              <w:rPr>
                <w:b/>
                <w:color w:val="000000"/>
              </w:rPr>
              <w:t>Overflow provisions</w:t>
            </w:r>
          </w:p>
        </w:tc>
        <w:tc>
          <w:tcPr>
            <w:tcW w:w="537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985BA48" w14:textId="77777777" w:rsidR="00DF60E9" w:rsidRDefault="00000000" w:rsidP="00E601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</w:rPr>
              <w:t>☐</w:t>
            </w:r>
          </w:p>
        </w:tc>
      </w:tr>
      <w:tr w:rsidR="00DF60E9" w14:paraId="760D947B" w14:textId="77777777" w:rsidTr="00E601EF">
        <w:trPr>
          <w:trHeight w:val="420"/>
          <w:jc w:val="center"/>
        </w:trPr>
        <w:tc>
          <w:tcPr>
            <w:tcW w:w="4673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9BA8974" w14:textId="77777777" w:rsidR="00DF60E9" w:rsidRDefault="00000000">
            <w:pPr>
              <w:spacing w:after="0" w:line="240" w:lineRule="auto"/>
            </w:pPr>
            <w:r>
              <w:rPr>
                <w:b/>
                <w:color w:val="000000"/>
              </w:rPr>
              <w:t>Roof penetrations</w:t>
            </w:r>
          </w:p>
        </w:tc>
        <w:tc>
          <w:tcPr>
            <w:tcW w:w="567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4380B52" w14:textId="77777777" w:rsidR="00DF60E9" w:rsidRDefault="00000000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</w:rPr>
              <w:t>☐</w:t>
            </w:r>
          </w:p>
        </w:tc>
        <w:tc>
          <w:tcPr>
            <w:tcW w:w="4678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5171D02" w14:textId="1EF2C8DE" w:rsidR="00DF60E9" w:rsidRPr="00E601EF" w:rsidRDefault="00000000">
            <w:pPr>
              <w:spacing w:after="0" w:line="240" w:lineRule="auto"/>
              <w:rPr>
                <w:u w:val="single"/>
              </w:rPr>
            </w:pPr>
            <w:r>
              <w:rPr>
                <w:b/>
                <w:color w:val="000000"/>
              </w:rPr>
              <w:t>Other</w:t>
            </w:r>
            <w:r w:rsidR="00E601EF">
              <w:rPr>
                <w:b/>
                <w:color w:val="000000"/>
              </w:rPr>
              <w:t>: (INSERT HERE)</w:t>
            </w:r>
          </w:p>
        </w:tc>
        <w:tc>
          <w:tcPr>
            <w:tcW w:w="537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2C0B5DC" w14:textId="0B9CBB58" w:rsidR="00DF60E9" w:rsidRDefault="00E601EF" w:rsidP="00E601EF">
            <w:pPr>
              <w:spacing w:after="0" w:line="240" w:lineRule="auto"/>
              <w:jc w:val="center"/>
            </w:pPr>
            <w:r>
              <w:rPr>
                <w:color w:val="000000"/>
                <w:sz w:val="18"/>
              </w:rPr>
              <w:t>☐</w:t>
            </w:r>
          </w:p>
        </w:tc>
      </w:tr>
    </w:tbl>
    <w:p w14:paraId="6677D466" w14:textId="77777777" w:rsidR="00E601EF" w:rsidRDefault="00E601EF">
      <w:pPr>
        <w:keepNext/>
        <w:spacing w:before="80" w:after="40" w:line="240" w:lineRule="auto"/>
        <w:rPr>
          <w:b/>
          <w:color w:val="1F3A5F"/>
          <w:sz w:val="20"/>
        </w:rPr>
      </w:pPr>
    </w:p>
    <w:p w14:paraId="0206318B" w14:textId="7FE3EFEA" w:rsidR="00DF60E9" w:rsidRDefault="00000000">
      <w:pPr>
        <w:keepNext/>
        <w:spacing w:before="80" w:after="40" w:line="240" w:lineRule="auto"/>
      </w:pPr>
      <w:r>
        <w:rPr>
          <w:b/>
          <w:color w:val="1F3A5F"/>
          <w:sz w:val="20"/>
        </w:rPr>
        <w:t>4.  Plans and documents relied upon</w:t>
      </w:r>
    </w:p>
    <w:tbl>
      <w:tblPr>
        <w:tblW w:w="0" w:type="auto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4253"/>
        <w:gridCol w:w="1842"/>
        <w:gridCol w:w="2521"/>
      </w:tblGrid>
      <w:tr w:rsidR="00DF60E9" w14:paraId="31A2E4A5" w14:textId="77777777" w:rsidTr="00E601EF">
        <w:trPr>
          <w:trHeight w:val="440"/>
          <w:jc w:val="center"/>
        </w:trPr>
        <w:tc>
          <w:tcPr>
            <w:tcW w:w="1838" w:type="dxa"/>
            <w:shd w:val="clear" w:color="auto" w:fill="F2F2F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42A7428A" w14:textId="77777777" w:rsidR="00DF60E9" w:rsidRDefault="00000000">
            <w:pPr>
              <w:keepLines/>
              <w:spacing w:after="0" w:line="240" w:lineRule="auto"/>
            </w:pPr>
            <w:r>
              <w:rPr>
                <w:b/>
                <w:color w:val="000000"/>
              </w:rPr>
              <w:t>Approved plans / specifications</w:t>
            </w:r>
          </w:p>
        </w:tc>
        <w:tc>
          <w:tcPr>
            <w:tcW w:w="4253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25B085F3" w14:textId="77777777" w:rsidR="00DF60E9" w:rsidRDefault="00DF60E9">
            <w:pPr>
              <w:keepLines/>
              <w:spacing w:after="0" w:line="240" w:lineRule="auto"/>
            </w:pPr>
          </w:p>
        </w:tc>
        <w:tc>
          <w:tcPr>
            <w:tcW w:w="1842" w:type="dxa"/>
            <w:shd w:val="clear" w:color="auto" w:fill="F2F2F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000F6F48" w14:textId="77777777" w:rsidR="00DF60E9" w:rsidRDefault="00000000">
            <w:pPr>
              <w:keepLines/>
              <w:spacing w:after="0" w:line="240" w:lineRule="auto"/>
            </w:pPr>
            <w:r>
              <w:rPr>
                <w:b/>
                <w:color w:val="000000"/>
              </w:rPr>
              <w:t>Drawing no. / revision</w:t>
            </w:r>
          </w:p>
        </w:tc>
        <w:tc>
          <w:tcPr>
            <w:tcW w:w="2521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6B2CD2E1" w14:textId="77777777" w:rsidR="00DF60E9" w:rsidRDefault="00DF60E9">
            <w:pPr>
              <w:keepLines/>
              <w:spacing w:after="0" w:line="240" w:lineRule="auto"/>
            </w:pPr>
          </w:p>
        </w:tc>
      </w:tr>
      <w:tr w:rsidR="00DF60E9" w14:paraId="38EA5898" w14:textId="77777777" w:rsidTr="00E601EF">
        <w:trPr>
          <w:trHeight w:val="440"/>
          <w:jc w:val="center"/>
        </w:trPr>
        <w:tc>
          <w:tcPr>
            <w:tcW w:w="1838" w:type="dxa"/>
            <w:shd w:val="clear" w:color="auto" w:fill="F2F2F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512A6C93" w14:textId="77777777" w:rsidR="00DF60E9" w:rsidRDefault="00000000">
            <w:pPr>
              <w:spacing w:after="0" w:line="240" w:lineRule="auto"/>
            </w:pPr>
            <w:r>
              <w:rPr>
                <w:b/>
                <w:color w:val="000000"/>
              </w:rPr>
              <w:t>Performance Solution (if applicable)</w:t>
            </w:r>
          </w:p>
        </w:tc>
        <w:tc>
          <w:tcPr>
            <w:tcW w:w="4253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63942D0D" w14:textId="77777777" w:rsidR="00DF60E9" w:rsidRDefault="00DF60E9">
            <w:pPr>
              <w:spacing w:after="0" w:line="240" w:lineRule="auto"/>
            </w:pPr>
          </w:p>
        </w:tc>
        <w:tc>
          <w:tcPr>
            <w:tcW w:w="1842" w:type="dxa"/>
            <w:shd w:val="clear" w:color="auto" w:fill="F2F2F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469129E8" w14:textId="77777777" w:rsidR="00DF60E9" w:rsidRDefault="00000000">
            <w:pPr>
              <w:spacing w:after="0" w:line="240" w:lineRule="auto"/>
            </w:pPr>
            <w:r>
              <w:rPr>
                <w:b/>
                <w:color w:val="000000"/>
              </w:rPr>
              <w:t>Report reference</w:t>
            </w:r>
          </w:p>
        </w:tc>
        <w:tc>
          <w:tcPr>
            <w:tcW w:w="2521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4A018F7C" w14:textId="77777777" w:rsidR="00DF60E9" w:rsidRDefault="00DF60E9">
            <w:pPr>
              <w:spacing w:after="0" w:line="240" w:lineRule="auto"/>
            </w:pPr>
          </w:p>
        </w:tc>
      </w:tr>
      <w:tr w:rsidR="00DF60E9" w14:paraId="47FCDFC2" w14:textId="77777777" w:rsidTr="00E601EF">
        <w:trPr>
          <w:trHeight w:val="440"/>
          <w:jc w:val="center"/>
        </w:trPr>
        <w:tc>
          <w:tcPr>
            <w:tcW w:w="1838" w:type="dxa"/>
            <w:shd w:val="clear" w:color="auto" w:fill="F2F2F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1155A32D" w14:textId="77777777" w:rsidR="00DF60E9" w:rsidRDefault="00000000">
            <w:pPr>
              <w:spacing w:after="0" w:line="240" w:lineRule="auto"/>
            </w:pPr>
            <w:r>
              <w:rPr>
                <w:b/>
                <w:color w:val="000000"/>
              </w:rPr>
              <w:t>Product / manufacturer details</w:t>
            </w:r>
          </w:p>
        </w:tc>
        <w:tc>
          <w:tcPr>
            <w:tcW w:w="4253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1D61B4AA" w14:textId="77777777" w:rsidR="00DF60E9" w:rsidRDefault="00DF60E9">
            <w:pPr>
              <w:spacing w:after="0" w:line="240" w:lineRule="auto"/>
            </w:pPr>
          </w:p>
        </w:tc>
        <w:tc>
          <w:tcPr>
            <w:tcW w:w="1842" w:type="dxa"/>
            <w:shd w:val="clear" w:color="auto" w:fill="F2F2F2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485CA3E4" w14:textId="77777777" w:rsidR="00DF60E9" w:rsidRDefault="00000000">
            <w:pPr>
              <w:spacing w:after="0" w:line="240" w:lineRule="auto"/>
            </w:pPr>
            <w:r>
              <w:rPr>
                <w:b/>
                <w:color w:val="000000"/>
              </w:rPr>
              <w:t>Other reference</w:t>
            </w:r>
          </w:p>
        </w:tc>
        <w:tc>
          <w:tcPr>
            <w:tcW w:w="2521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25083C45" w14:textId="77777777" w:rsidR="00DF60E9" w:rsidRDefault="00DF60E9">
            <w:pPr>
              <w:spacing w:after="0" w:line="240" w:lineRule="auto"/>
            </w:pPr>
          </w:p>
        </w:tc>
      </w:tr>
    </w:tbl>
    <w:p w14:paraId="10C565ED" w14:textId="77777777" w:rsidR="00E601EF" w:rsidRDefault="00E601EF">
      <w:pPr>
        <w:keepNext/>
        <w:spacing w:before="80" w:after="40" w:line="240" w:lineRule="auto"/>
        <w:rPr>
          <w:b/>
          <w:color w:val="1F3A5F"/>
          <w:sz w:val="20"/>
        </w:rPr>
      </w:pPr>
    </w:p>
    <w:p w14:paraId="4B20F443" w14:textId="56EB0255" w:rsidR="00DF60E9" w:rsidRDefault="00000000">
      <w:pPr>
        <w:keepNext/>
        <w:spacing w:before="80" w:after="40" w:line="240" w:lineRule="auto"/>
      </w:pPr>
      <w:r>
        <w:rPr>
          <w:b/>
          <w:color w:val="1F3A5F"/>
          <w:sz w:val="20"/>
        </w:rPr>
        <w:t>5.  Contractor declaration</w:t>
      </w:r>
    </w:p>
    <w:p w14:paraId="4A477F90" w14:textId="77777777" w:rsidR="00DF60E9" w:rsidRDefault="00000000">
      <w:pPr>
        <w:keepLines/>
        <w:spacing w:after="40" w:line="240" w:lineRule="auto"/>
      </w:pPr>
      <w:r>
        <w:rPr>
          <w:color w:val="000000"/>
        </w:rPr>
        <w:t>By signing this statement, I declare that the work identified above was carried out by me or under my supervision and, to the best of my knowledge, has been installed in accordance with:</w:t>
      </w:r>
    </w:p>
    <w:p w14:paraId="33F58D42" w14:textId="77777777" w:rsidR="00DF60E9" w:rsidRDefault="00000000">
      <w:pPr>
        <w:spacing w:after="0" w:line="240" w:lineRule="auto"/>
        <w:ind w:left="259" w:hanging="187"/>
      </w:pPr>
      <w:r>
        <w:rPr>
          <w:color w:val="000000"/>
        </w:rPr>
        <w:t>•  the approved plans, specifications and any applicable Performance Solution;</w:t>
      </w:r>
    </w:p>
    <w:p w14:paraId="6E38DD90" w14:textId="704E7676" w:rsidR="00DF60E9" w:rsidRDefault="00000000">
      <w:pPr>
        <w:spacing w:after="0" w:line="240" w:lineRule="auto"/>
        <w:ind w:left="259" w:hanging="187"/>
      </w:pPr>
      <w:r>
        <w:rPr>
          <w:color w:val="000000"/>
        </w:rPr>
        <w:t>•  the applicable NCC requirements</w:t>
      </w:r>
      <w:r w:rsidR="00E601EF">
        <w:rPr>
          <w:color w:val="000000"/>
        </w:rPr>
        <w:t>, ABCB Housing Provisions Standard</w:t>
      </w:r>
      <w:r>
        <w:rPr>
          <w:color w:val="000000"/>
        </w:rPr>
        <w:t xml:space="preserve"> and</w:t>
      </w:r>
      <w:r w:rsidR="00E601EF">
        <w:rPr>
          <w:color w:val="000000"/>
        </w:rPr>
        <w:t>/or</w:t>
      </w:r>
      <w:r>
        <w:rPr>
          <w:color w:val="000000"/>
        </w:rPr>
        <w:t xml:space="preserve"> AS/NZS 3500.3;</w:t>
      </w:r>
    </w:p>
    <w:p w14:paraId="1698CD2F" w14:textId="77777777" w:rsidR="00DF60E9" w:rsidRDefault="00000000">
      <w:pPr>
        <w:spacing w:after="0" w:line="240" w:lineRule="auto"/>
        <w:ind w:left="259" w:hanging="187"/>
      </w:pPr>
      <w:r>
        <w:rPr>
          <w:color w:val="000000"/>
        </w:rPr>
        <w:t>•  the relevant product and manufacturer installation requirements; and</w:t>
      </w:r>
    </w:p>
    <w:p w14:paraId="7F043EE4" w14:textId="77777777" w:rsidR="00DF60E9" w:rsidRDefault="00000000">
      <w:pPr>
        <w:spacing w:after="0" w:line="240" w:lineRule="auto"/>
        <w:ind w:left="259" w:hanging="187"/>
      </w:pPr>
      <w:r>
        <w:rPr>
          <w:color w:val="000000"/>
        </w:rPr>
        <w:t xml:space="preserve">•  the roof drainage, flashing and overflow arrangements shown in the </w:t>
      </w:r>
      <w:r w:rsidRPr="00E601EF">
        <w:t>relied-upon documents.</w:t>
      </w:r>
    </w:p>
    <w:p w14:paraId="3CE7D0EE" w14:textId="77777777" w:rsidR="00E601EF" w:rsidRDefault="00E601EF">
      <w:pPr>
        <w:spacing w:after="0" w:line="240" w:lineRule="auto"/>
        <w:ind w:left="259" w:hanging="187"/>
      </w:pPr>
    </w:p>
    <w:p w14:paraId="543932C9" w14:textId="77777777" w:rsidR="00E601EF" w:rsidRDefault="00E601EF">
      <w:pPr>
        <w:spacing w:after="0" w:line="240" w:lineRule="auto"/>
        <w:ind w:left="259" w:hanging="187"/>
      </w:pPr>
    </w:p>
    <w:p w14:paraId="02C56B19" w14:textId="77777777" w:rsidR="00E601EF" w:rsidRDefault="00E601EF">
      <w:pPr>
        <w:spacing w:after="0" w:line="240" w:lineRule="auto"/>
        <w:ind w:left="259" w:hanging="187"/>
      </w:pPr>
    </w:p>
    <w:p w14:paraId="24499E24" w14:textId="77777777" w:rsidR="00E601EF" w:rsidRDefault="00E601EF">
      <w:pPr>
        <w:spacing w:after="0" w:line="240" w:lineRule="auto"/>
        <w:ind w:left="259" w:hanging="187"/>
      </w:pPr>
    </w:p>
    <w:p w14:paraId="5CEB1A66" w14:textId="77777777" w:rsidR="00E601EF" w:rsidRDefault="00E601EF">
      <w:pPr>
        <w:spacing w:after="0" w:line="240" w:lineRule="auto"/>
        <w:ind w:left="259" w:hanging="187"/>
      </w:pPr>
    </w:p>
    <w:p w14:paraId="1061EE2A" w14:textId="77777777" w:rsidR="00E601EF" w:rsidRPr="00E601EF" w:rsidRDefault="00E601EF">
      <w:pPr>
        <w:spacing w:after="0" w:line="240" w:lineRule="auto"/>
        <w:ind w:left="259" w:hanging="187"/>
      </w:pPr>
    </w:p>
    <w:p w14:paraId="60EDA138" w14:textId="77777777" w:rsidR="00DF60E9" w:rsidRPr="00E601EF" w:rsidRDefault="00000000">
      <w:pPr>
        <w:spacing w:before="40" w:after="40" w:line="240" w:lineRule="auto"/>
      </w:pPr>
      <w:r w:rsidRPr="00E601EF">
        <w:rPr>
          <w:b/>
        </w:rPr>
        <w:t>☐  No known departures or outstanding work       ☐  Departures or comments are listed below</w:t>
      </w:r>
    </w:p>
    <w:p w14:paraId="174ECCDE" w14:textId="77777777" w:rsidR="00DF60E9" w:rsidRDefault="00000000">
      <w:pPr>
        <w:spacing w:after="20" w:line="240" w:lineRule="auto"/>
      </w:pPr>
      <w:r>
        <w:rPr>
          <w:b/>
          <w:color w:val="000000"/>
        </w:rPr>
        <w:t>Departures, outstanding work or comments</w:t>
      </w:r>
    </w:p>
    <w:tbl>
      <w:tblPr>
        <w:tblW w:w="0" w:type="auto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0454"/>
      </w:tblGrid>
      <w:tr w:rsidR="00DF60E9" w14:paraId="7ED1D5F8" w14:textId="77777777">
        <w:trPr>
          <w:trHeight w:hRule="exact" w:val="380"/>
          <w:jc w:val="center"/>
        </w:trPr>
        <w:tc>
          <w:tcPr>
            <w:tcW w:w="10454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45162D3A" w14:textId="77777777" w:rsidR="00DF60E9" w:rsidRDefault="00DF60E9">
            <w:pPr>
              <w:keepLines/>
              <w:spacing w:after="0" w:line="240" w:lineRule="auto"/>
            </w:pPr>
          </w:p>
        </w:tc>
      </w:tr>
      <w:tr w:rsidR="00DF60E9" w14:paraId="56919427" w14:textId="77777777">
        <w:trPr>
          <w:trHeight w:hRule="exact" w:val="380"/>
          <w:jc w:val="center"/>
        </w:trPr>
        <w:tc>
          <w:tcPr>
            <w:tcW w:w="10454" w:type="dxa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530A8B5F" w14:textId="77777777" w:rsidR="00DF60E9" w:rsidRDefault="00DF60E9">
            <w:pPr>
              <w:spacing w:after="0" w:line="240" w:lineRule="auto"/>
            </w:pPr>
          </w:p>
        </w:tc>
      </w:tr>
    </w:tbl>
    <w:p w14:paraId="7456B8F7" w14:textId="77777777" w:rsidR="00E601EF" w:rsidRDefault="00E601EF">
      <w:pPr>
        <w:keepNext/>
        <w:spacing w:before="80" w:after="40" w:line="240" w:lineRule="auto"/>
        <w:rPr>
          <w:b/>
          <w:color w:val="1F3A5F"/>
          <w:sz w:val="20"/>
        </w:rPr>
      </w:pPr>
    </w:p>
    <w:p w14:paraId="0A5E03F5" w14:textId="77777777" w:rsidR="00E601EF" w:rsidRDefault="00E601EF">
      <w:pPr>
        <w:keepNext/>
        <w:spacing w:before="80" w:after="40" w:line="240" w:lineRule="auto"/>
        <w:rPr>
          <w:b/>
          <w:color w:val="1F3A5F"/>
          <w:sz w:val="20"/>
        </w:rPr>
      </w:pPr>
    </w:p>
    <w:p w14:paraId="29ED7170" w14:textId="3E02BEC9" w:rsidR="00DF60E9" w:rsidRDefault="00000000">
      <w:pPr>
        <w:keepNext/>
        <w:spacing w:before="80" w:after="40" w:line="240" w:lineRule="auto"/>
      </w:pPr>
      <w:r>
        <w:rPr>
          <w:b/>
          <w:color w:val="1F3A5F"/>
          <w:sz w:val="20"/>
        </w:rPr>
        <w:t>6.  Execution</w:t>
      </w:r>
    </w:p>
    <w:p w14:paraId="766CB190" w14:textId="17FA86CB" w:rsidR="00E601EF" w:rsidRDefault="00000000" w:rsidP="00E601EF">
      <w:pPr>
        <w:spacing w:after="40" w:line="240" w:lineRule="auto"/>
        <w:rPr>
          <w:i/>
          <w:color w:val="000000"/>
        </w:rPr>
      </w:pPr>
      <w:r>
        <w:rPr>
          <w:i/>
          <w:color w:val="000000"/>
        </w:rPr>
        <w:t>The person signing below confirms that the information in this statement is correct.</w:t>
      </w:r>
    </w:p>
    <w:p w14:paraId="626CEE1C" w14:textId="77777777" w:rsidR="00E601EF" w:rsidRPr="00E601EF" w:rsidRDefault="00E601EF" w:rsidP="00E601EF">
      <w:pPr>
        <w:jc w:val="center"/>
      </w:pPr>
    </w:p>
    <w:tbl>
      <w:tblPr>
        <w:tblW w:w="0" w:type="auto"/>
        <w:jc w:val="center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5227"/>
        <w:gridCol w:w="5227"/>
      </w:tblGrid>
      <w:tr w:rsidR="00DF60E9" w14:paraId="429922D2" w14:textId="77777777">
        <w:trPr>
          <w:trHeight w:val="620"/>
          <w:jc w:val="center"/>
        </w:trPr>
        <w:tc>
          <w:tcPr>
            <w:tcW w:w="5227" w:type="dxa"/>
            <w:tcMar>
              <w:top w:w="20" w:type="dxa"/>
              <w:left w:w="60" w:type="dxa"/>
              <w:bottom w:w="20" w:type="dxa"/>
              <w:right w:w="120" w:type="dxa"/>
            </w:tcMar>
          </w:tcPr>
          <w:p w14:paraId="601C731D" w14:textId="77777777" w:rsidR="00DF60E9" w:rsidRDefault="00000000">
            <w:pPr>
              <w:keepLines/>
              <w:pBdr>
                <w:bottom w:val="single" w:sz="6" w:space="6" w:color="000000"/>
              </w:pBdr>
              <w:spacing w:after="0" w:line="240" w:lineRule="auto"/>
            </w:pPr>
            <w:r>
              <w:rPr>
                <w:b/>
                <w:color w:val="000000"/>
              </w:rPr>
              <w:t>Name:</w:t>
            </w:r>
          </w:p>
        </w:tc>
        <w:tc>
          <w:tcPr>
            <w:tcW w:w="5227" w:type="dxa"/>
            <w:tcMar>
              <w:top w:w="20" w:type="dxa"/>
              <w:left w:w="60" w:type="dxa"/>
              <w:bottom w:w="20" w:type="dxa"/>
              <w:right w:w="120" w:type="dxa"/>
            </w:tcMar>
          </w:tcPr>
          <w:p w14:paraId="3E78FD45" w14:textId="77777777" w:rsidR="00DF60E9" w:rsidRDefault="00000000">
            <w:pPr>
              <w:keepLines/>
              <w:pBdr>
                <w:bottom w:val="single" w:sz="6" w:space="6" w:color="000000"/>
              </w:pBdr>
              <w:spacing w:after="0" w:line="240" w:lineRule="auto"/>
            </w:pPr>
            <w:r>
              <w:rPr>
                <w:b/>
                <w:color w:val="000000"/>
              </w:rPr>
              <w:t>Position / role:</w:t>
            </w:r>
          </w:p>
        </w:tc>
      </w:tr>
      <w:tr w:rsidR="00DF60E9" w14:paraId="02194544" w14:textId="77777777">
        <w:trPr>
          <w:trHeight w:val="620"/>
          <w:jc w:val="center"/>
        </w:trPr>
        <w:tc>
          <w:tcPr>
            <w:tcW w:w="5227" w:type="dxa"/>
            <w:tcMar>
              <w:top w:w="20" w:type="dxa"/>
              <w:left w:w="60" w:type="dxa"/>
              <w:bottom w:w="20" w:type="dxa"/>
              <w:right w:w="120" w:type="dxa"/>
            </w:tcMar>
          </w:tcPr>
          <w:p w14:paraId="07D9BB91" w14:textId="77777777" w:rsidR="00DF60E9" w:rsidRDefault="00000000">
            <w:pPr>
              <w:pBdr>
                <w:bottom w:val="single" w:sz="6" w:space="6" w:color="000000"/>
              </w:pBdr>
              <w:spacing w:after="0" w:line="240" w:lineRule="auto"/>
            </w:pPr>
            <w:r>
              <w:rPr>
                <w:color w:val="000000"/>
              </w:rPr>
              <w:t>NSW contractor licence no.:</w:t>
            </w:r>
          </w:p>
        </w:tc>
        <w:tc>
          <w:tcPr>
            <w:tcW w:w="5227" w:type="dxa"/>
            <w:tcMar>
              <w:top w:w="20" w:type="dxa"/>
              <w:left w:w="60" w:type="dxa"/>
              <w:bottom w:w="20" w:type="dxa"/>
              <w:right w:w="120" w:type="dxa"/>
            </w:tcMar>
          </w:tcPr>
          <w:p w14:paraId="46FD6505" w14:textId="77777777" w:rsidR="00DF60E9" w:rsidRDefault="00000000">
            <w:pPr>
              <w:pBdr>
                <w:bottom w:val="single" w:sz="6" w:space="6" w:color="000000"/>
              </w:pBdr>
              <w:spacing w:after="0" w:line="240" w:lineRule="auto"/>
            </w:pPr>
            <w:r>
              <w:rPr>
                <w:color w:val="000000"/>
              </w:rPr>
              <w:t>Date:</w:t>
            </w:r>
          </w:p>
        </w:tc>
      </w:tr>
      <w:tr w:rsidR="00DF60E9" w14:paraId="1E00794A" w14:textId="77777777">
        <w:trPr>
          <w:trHeight w:val="680"/>
          <w:jc w:val="center"/>
        </w:trPr>
        <w:tc>
          <w:tcPr>
            <w:tcW w:w="5227" w:type="dxa"/>
            <w:tcMar>
              <w:top w:w="20" w:type="dxa"/>
              <w:left w:w="60" w:type="dxa"/>
              <w:bottom w:w="20" w:type="dxa"/>
              <w:right w:w="120" w:type="dxa"/>
            </w:tcMar>
          </w:tcPr>
          <w:p w14:paraId="1E82EA04" w14:textId="77777777" w:rsidR="00DF60E9" w:rsidRDefault="00000000">
            <w:pPr>
              <w:pBdr>
                <w:bottom w:val="single" w:sz="6" w:space="6" w:color="000000"/>
              </w:pBdr>
              <w:spacing w:after="0" w:line="240" w:lineRule="auto"/>
            </w:pPr>
            <w:r>
              <w:rPr>
                <w:color w:val="000000"/>
              </w:rPr>
              <w:t>Signature:</w:t>
            </w:r>
          </w:p>
        </w:tc>
        <w:tc>
          <w:tcPr>
            <w:tcW w:w="5227" w:type="dxa"/>
            <w:tcMar>
              <w:top w:w="20" w:type="dxa"/>
              <w:left w:w="60" w:type="dxa"/>
              <w:bottom w:w="20" w:type="dxa"/>
              <w:right w:w="120" w:type="dxa"/>
            </w:tcMar>
          </w:tcPr>
          <w:p w14:paraId="1F586AA8" w14:textId="77777777" w:rsidR="00DF60E9" w:rsidRDefault="00DF60E9">
            <w:pPr>
              <w:pBdr>
                <w:bottom w:val="single" w:sz="6" w:space="6" w:color="000000"/>
              </w:pBdr>
              <w:spacing w:after="0" w:line="240" w:lineRule="auto"/>
            </w:pPr>
          </w:p>
        </w:tc>
      </w:tr>
    </w:tbl>
    <w:p w14:paraId="1339BF96" w14:textId="77777777" w:rsidR="008F1828" w:rsidRDefault="008F1828"/>
    <w:sectPr w:rsidR="008F1828" w:rsidSect="00034616">
      <w:footerReference w:type="default" r:id="rId8"/>
      <w:pgSz w:w="11905" w:h="16838"/>
      <w:pgMar w:top="720" w:right="720" w:bottom="720" w:left="720" w:header="706" w:footer="70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45AB2" w14:textId="77777777" w:rsidR="008F1828" w:rsidRDefault="008F1828">
      <w:pPr>
        <w:spacing w:after="0" w:line="240" w:lineRule="auto"/>
      </w:pPr>
      <w:r>
        <w:separator/>
      </w:r>
    </w:p>
  </w:endnote>
  <w:endnote w:type="continuationSeparator" w:id="0">
    <w:p w14:paraId="69EB15B3" w14:textId="77777777" w:rsidR="008F1828" w:rsidRDefault="008F1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5E6BE" w14:textId="6F775871" w:rsidR="00DF60E9" w:rsidRDefault="00000000">
    <w:pPr>
      <w:pStyle w:val="Footer"/>
      <w:jc w:val="center"/>
    </w:pPr>
    <w:r>
      <w:rPr>
        <w:color w:val="888888"/>
        <w:sz w:val="14"/>
      </w:rPr>
      <w:t>Page 1 of 1</w:t>
    </w:r>
  </w:p>
  <w:p w14:paraId="0BB1F087" w14:textId="77777777" w:rsidR="00DF60E9" w:rsidRPr="00E601EF" w:rsidRDefault="00000000">
    <w:pPr>
      <w:spacing w:after="0" w:line="240" w:lineRule="auto"/>
      <w:jc w:val="center"/>
      <w:rPr>
        <w:bCs/>
      </w:rPr>
    </w:pPr>
    <w:r w:rsidRPr="00E601EF">
      <w:rPr>
        <w:bCs/>
        <w:color w:val="000000"/>
        <w:sz w:val="18"/>
      </w:rPr>
      <w:t>Liability limited by a scheme approved under Professional Standards Legislation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34FC3" w14:textId="77777777" w:rsidR="008F1828" w:rsidRDefault="008F1828">
      <w:pPr>
        <w:spacing w:after="0" w:line="240" w:lineRule="auto"/>
      </w:pPr>
      <w:r>
        <w:separator/>
      </w:r>
    </w:p>
  </w:footnote>
  <w:footnote w:type="continuationSeparator" w:id="0">
    <w:p w14:paraId="4D16158D" w14:textId="77777777" w:rsidR="008F1828" w:rsidRDefault="008F18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76350790">
    <w:abstractNumId w:val="8"/>
  </w:num>
  <w:num w:numId="2" w16cid:durableId="850267271">
    <w:abstractNumId w:val="6"/>
  </w:num>
  <w:num w:numId="3" w16cid:durableId="441074619">
    <w:abstractNumId w:val="5"/>
  </w:num>
  <w:num w:numId="4" w16cid:durableId="442961952">
    <w:abstractNumId w:val="4"/>
  </w:num>
  <w:num w:numId="5" w16cid:durableId="1552885756">
    <w:abstractNumId w:val="7"/>
  </w:num>
  <w:num w:numId="6" w16cid:durableId="902527220">
    <w:abstractNumId w:val="3"/>
  </w:num>
  <w:num w:numId="7" w16cid:durableId="1012493011">
    <w:abstractNumId w:val="2"/>
  </w:num>
  <w:num w:numId="8" w16cid:durableId="1806505994">
    <w:abstractNumId w:val="1"/>
  </w:num>
  <w:num w:numId="9" w16cid:durableId="1031343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F1828"/>
    <w:rsid w:val="00AA1D8D"/>
    <w:rsid w:val="00AD3932"/>
    <w:rsid w:val="00B47730"/>
    <w:rsid w:val="00CB0664"/>
    <w:rsid w:val="00DF60E9"/>
    <w:rsid w:val="00E601E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75A251"/>
  <w14:defaultImageDpi w14:val="300"/>
  <w15:docId w15:val="{9C647D0B-7547-4A56-B736-90772FF96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1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291</Words>
  <Characters>1669</Characters>
  <Application>Microsoft Office Word</Application>
  <DocSecurity>0</DocSecurity>
  <Lines>98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Roof Plumbing Installation Compliance Statement (NSW)</dc:title>
  <dc:subject>Supporting contractor declaration for roof plumbing installation work</dc:subject>
  <dc:creator>iPermit Building Approvals Pty Ltd</dc:creator>
  <cp:keywords/>
  <dc:description>generated by python-docx</dc:description>
  <cp:lastModifiedBy>Robert Landman - iPermit Building Approvals</cp:lastModifiedBy>
  <cp:revision>2</cp:revision>
  <dcterms:created xsi:type="dcterms:W3CDTF">2013-12-23T23:15:00Z</dcterms:created>
  <dcterms:modified xsi:type="dcterms:W3CDTF">2026-07-27T06:09:00Z</dcterms:modified>
  <cp:category/>
</cp:coreProperties>
</file>